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901D1" w14:textId="43797134" w:rsidR="005012C2" w:rsidRPr="000547F9" w:rsidRDefault="000547F9">
      <w:pPr>
        <w:rPr>
          <w:b/>
          <w:bCs/>
        </w:rPr>
      </w:pPr>
      <w:r w:rsidRPr="000547F9">
        <w:rPr>
          <w:b/>
          <w:bCs/>
        </w:rPr>
        <w:t xml:space="preserve">Supplement </w:t>
      </w:r>
    </w:p>
    <w:p w14:paraId="71434192" w14:textId="77777777" w:rsidR="000547F9" w:rsidRDefault="000547F9"/>
    <w:p w14:paraId="2F061295" w14:textId="6897372D" w:rsidR="000547F9" w:rsidRPr="00AF654D" w:rsidRDefault="000547F9" w:rsidP="000547F9">
      <w:pPr>
        <w:spacing w:afterLines="60" w:after="144"/>
        <w:rPr>
          <w:rFonts w:ascii="Arial" w:eastAsiaTheme="majorEastAsia" w:hAnsi="Arial" w:cs="Arial"/>
          <w:b/>
          <w:bCs/>
          <w:sz w:val="22"/>
          <w:szCs w:val="22"/>
          <w:u w:val="single"/>
        </w:rPr>
      </w:pPr>
    </w:p>
    <w:tbl>
      <w:tblPr>
        <w:tblW w:w="7217" w:type="dxa"/>
        <w:tblInd w:w="-289" w:type="dxa"/>
        <w:tblLayout w:type="fixed"/>
        <w:tblLook w:val="06A0" w:firstRow="1" w:lastRow="0" w:firstColumn="1" w:lastColumn="0" w:noHBand="1" w:noVBand="1"/>
      </w:tblPr>
      <w:tblGrid>
        <w:gridCol w:w="1135"/>
        <w:gridCol w:w="412"/>
        <w:gridCol w:w="1285"/>
        <w:gridCol w:w="499"/>
        <w:gridCol w:w="1035"/>
        <w:gridCol w:w="459"/>
        <w:gridCol w:w="778"/>
        <w:gridCol w:w="764"/>
        <w:gridCol w:w="850"/>
      </w:tblGrid>
      <w:tr w:rsidR="00842A95" w:rsidRPr="000547F9" w14:paraId="6250B254" w14:textId="77777777" w:rsidTr="00842A9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03B1FA" w14:textId="7777777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Lap/Robotic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888338" w14:textId="7777777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ASA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05731C" w14:textId="7777777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Indication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21DC2E7" w14:textId="7777777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CC score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CAE791" w14:textId="5F51602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Clavien-Dindo </w:t>
            </w:r>
            <w: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2282BE" w14:textId="7777777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LOS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FE5711" w14:textId="7777777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Total Cost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5EE8D1" w14:textId="7777777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Total Income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B1651E6" w14:textId="77777777" w:rsidR="00842A95" w:rsidRPr="000547F9" w:rsidRDefault="00842A95" w:rsidP="000547F9">
            <w:pPr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Net Surplus/Deficit</w:t>
            </w:r>
          </w:p>
        </w:tc>
      </w:tr>
      <w:tr w:rsidR="00842A95" w:rsidRPr="000547F9" w14:paraId="462527F0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D62F2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D2EFB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F5361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ACE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28347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72AB7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C28475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04602B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£4,198.69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E3EB9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£6,832.72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D2056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£2,634.03</w:t>
            </w:r>
          </w:p>
        </w:tc>
      </w:tr>
      <w:tr w:rsidR="00842A95" w:rsidRPr="000547F9" w14:paraId="3D6C38AE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7A09E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5F954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24318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ACTH pituitary tumour. Bilateral adrenalectomy for cortisol control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8BF9C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F93D6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BB6500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29A0D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£5,933.22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40C590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£7,096.79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8C15F2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£1,163.58</w:t>
            </w:r>
          </w:p>
        </w:tc>
      </w:tr>
      <w:tr w:rsidR="00842A95" w:rsidRPr="000547F9" w14:paraId="24602AB1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C7390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089C6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2C3DC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4BC6C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31589F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59F7F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28A533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£4,612.19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A6227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£5,278.14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3851AC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£665.94</w:t>
            </w:r>
          </w:p>
        </w:tc>
      </w:tr>
      <w:tr w:rsidR="00842A95" w:rsidRPr="000547F9" w14:paraId="2AB15E48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52943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B0409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42810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5CF2A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D626A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964FD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814C7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£4,371.73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5F198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£5,277.35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663B8B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£905.62</w:t>
            </w:r>
          </w:p>
        </w:tc>
      </w:tr>
      <w:tr w:rsidR="00842A95" w:rsidRPr="000547F9" w14:paraId="6E7FDA76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7AACE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CE5D6E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FA961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5CC40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D9FC7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B64D1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6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B88DF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£6,290.06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2A834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£5,289.08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FA6EF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-£1,000.99</w:t>
            </w:r>
          </w:p>
        </w:tc>
      </w:tr>
      <w:tr w:rsidR="00842A95" w:rsidRPr="000547F9" w14:paraId="141612E5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ECCDD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DD2CD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158BB6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19788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31389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54FFF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6EBFA3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£5,373.50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5EB3A9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£6,842.81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C33A38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£1,469.30</w:t>
            </w:r>
          </w:p>
        </w:tc>
      </w:tr>
      <w:tr w:rsidR="00842A95" w:rsidRPr="000547F9" w14:paraId="2C01D92A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DDF975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85F48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1D491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88D8E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F5298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045CD5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E38B8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£4,664.22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6B81D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£6,830.77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B620FB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£2,166.55</w:t>
            </w:r>
          </w:p>
        </w:tc>
      </w:tr>
      <w:tr w:rsidR="00842A95" w:rsidRPr="000547F9" w14:paraId="1DD96DD8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F4F97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392247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4AC37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39011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EAF7C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2FE71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C0D20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£7,553.39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46B96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£6,858.30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4464B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-£695.09</w:t>
            </w:r>
          </w:p>
        </w:tc>
      </w:tr>
      <w:tr w:rsidR="00842A95" w:rsidRPr="000547F9" w14:paraId="64D7481D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57C06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283C6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7C564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05E8A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BA73B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F5ACF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F93AC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£3,472.65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509CD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£6,829.87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9EA97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£3,357.22</w:t>
            </w:r>
          </w:p>
        </w:tc>
      </w:tr>
      <w:tr w:rsidR="00842A95" w:rsidRPr="000547F9" w14:paraId="3B32D0CE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F6683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DDF4F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75221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Cushing's/ACE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A97E4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35D82C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6E7C6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A78E8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£4,052.82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12B3D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£6,835.94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8A3C2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£2,783.12</w:t>
            </w:r>
          </w:p>
        </w:tc>
      </w:tr>
      <w:tr w:rsidR="00842A95" w:rsidRPr="000547F9" w14:paraId="568732BC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81357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2C19B1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A0899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Cyst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CB9A4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EAA4F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C80F8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082F1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£1,382.59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003740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£6,823.29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86EEE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£5,440.69</w:t>
            </w:r>
          </w:p>
        </w:tc>
      </w:tr>
      <w:tr w:rsidR="00842A95" w:rsidRPr="000547F9" w14:paraId="20B0D2B8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B23FF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029F1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9F8C4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Cyst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6D4740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74F9D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A205F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CB086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£5,691.99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0D478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£5,279.36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7EF60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-£412.63</w:t>
            </w:r>
          </w:p>
        </w:tc>
      </w:tr>
      <w:tr w:rsidR="00842A95" w:rsidRPr="000547F9" w14:paraId="38DEBBB6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A90997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B455F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3B1531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Cyst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CDBAC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823B5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2AEEB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14BD3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£4,163.81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ABE5E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£6,825.86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39FE9F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£2,662.05</w:t>
            </w:r>
          </w:p>
        </w:tc>
      </w:tr>
      <w:tr w:rsidR="00842A95" w:rsidRPr="000547F9" w14:paraId="1D73DAF3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3D403F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1DE09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0E377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Cyst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872B6C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DBFBB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537CA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E129B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£8,517.53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309592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£6,839.24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8ADC53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-£1,678.30</w:t>
            </w:r>
          </w:p>
        </w:tc>
      </w:tr>
      <w:tr w:rsidR="00842A95" w:rsidRPr="000547F9" w14:paraId="0CBC174C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A35B7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A407D8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E2064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16F27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E61571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56D13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5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8A600B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£8,830.65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76CB3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£8,610.14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5FE40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-£220.50</w:t>
            </w:r>
          </w:p>
        </w:tc>
      </w:tr>
      <w:tr w:rsidR="00842A95" w:rsidRPr="000547F9" w14:paraId="14618BF0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6D672E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E8184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0EB7F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4B5119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6FCB6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DB258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3C8B1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£7,512.25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B07DF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£12,486.28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0DC742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£4,974.04</w:t>
            </w:r>
          </w:p>
        </w:tc>
      </w:tr>
      <w:tr w:rsidR="00842A95" w:rsidRPr="000547F9" w14:paraId="49B4FDF8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42226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3B583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D85927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4FA31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230590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D38FA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63A98B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£5,338.26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00796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£5,278.91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3EE3C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-£59.35</w:t>
            </w:r>
          </w:p>
        </w:tc>
      </w:tr>
      <w:tr w:rsidR="00842A95" w:rsidRPr="000547F9" w14:paraId="3DE6FA64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7FE12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F7646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E8DCD1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020B2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673A80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02A10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E7C2F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£3,867.63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2F2D2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£6,825.59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E456E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£2,957.97</w:t>
            </w:r>
          </w:p>
        </w:tc>
      </w:tr>
      <w:tr w:rsidR="00842A95" w:rsidRPr="000547F9" w14:paraId="0C2F1750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20AEA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925E1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53FBB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EC9C3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31795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08E18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C02F6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£3,566.85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E8B53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£5,276.55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7D4E3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£1,709.70</w:t>
            </w:r>
          </w:p>
        </w:tc>
      </w:tr>
      <w:tr w:rsidR="00842A95" w:rsidRPr="000547F9" w14:paraId="71555847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9DFE6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DA71D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24EDC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C2600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EBC97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9D701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E103B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£4,489.20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5908A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£6,827.05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AEDCB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£2,337.85</w:t>
            </w:r>
          </w:p>
        </w:tc>
      </w:tr>
      <w:tr w:rsidR="00842A95" w:rsidRPr="000547F9" w14:paraId="686E774C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287DC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E51DB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FACD4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A1B53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AB2076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D3B18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4E1BC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£5,473.71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8B65D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£6,858.81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CE17A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£1,385.10</w:t>
            </w:r>
          </w:p>
        </w:tc>
      </w:tr>
      <w:tr w:rsidR="00842A95" w:rsidRPr="000547F9" w14:paraId="61C84494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E394B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6E66A2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3D60D1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5C076C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398B6B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4A538F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87D41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£5,703.07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E1620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£6,830.40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B7BA72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£1,127.33</w:t>
            </w:r>
          </w:p>
        </w:tc>
      </w:tr>
      <w:tr w:rsidR="00842A95" w:rsidRPr="000547F9" w14:paraId="07F6BC7D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FBD18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C1C90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1D37A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EC509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CDC8BB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3E9DE8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0AA71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£8,625.29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B963E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£5,282.62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3AEF2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-£3,342.67</w:t>
            </w:r>
          </w:p>
        </w:tc>
      </w:tr>
      <w:tr w:rsidR="00842A95" w:rsidRPr="000547F9" w14:paraId="23F0EF12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A9B5C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B52EC3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AAADE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DEA04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B6CAF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940D3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CAC68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£3,098.82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2EE59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£5,276.31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2A7C5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£2,177.49</w:t>
            </w:r>
          </w:p>
        </w:tc>
      </w:tr>
      <w:tr w:rsidR="00842A95" w:rsidRPr="000547F9" w14:paraId="26228173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105AB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7A73E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499F2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6B0E2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709F0F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6DF99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0BEE3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£5,994.57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BF8DB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£7,043.70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ABE95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£1,049.13</w:t>
            </w:r>
          </w:p>
        </w:tc>
      </w:tr>
      <w:tr w:rsidR="00842A95" w:rsidRPr="000547F9" w14:paraId="196C475B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4CCD50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33A89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4F068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CBB560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DFCEE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10C8D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4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F5829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£11,128.73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9F0A2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£9,465.09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5588C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-£1,663.64</w:t>
            </w:r>
          </w:p>
        </w:tc>
      </w:tr>
      <w:tr w:rsidR="00842A95" w:rsidRPr="000547F9" w14:paraId="17D4E0C4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FA2F7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A030F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5C03B5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B1D85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C569F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7F9D1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B9A20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£7,930.60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D8A460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£8,582.70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AE5A8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£652.10</w:t>
            </w:r>
          </w:p>
        </w:tc>
      </w:tr>
      <w:tr w:rsidR="00842A95" w:rsidRPr="000547F9" w14:paraId="38938938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BF774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1B855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80A64B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C75BD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1BDF6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056ACD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318AF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£5,587.25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AC53C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£6,162.94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161E4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£575.70</w:t>
            </w:r>
          </w:p>
        </w:tc>
      </w:tr>
      <w:tr w:rsidR="00842A95" w:rsidRPr="000547F9" w14:paraId="52C1BCBC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03E88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15B7B5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85D5C5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ACB4C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A05B3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D7F87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E62C80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£5,121.15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A0077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£6,829.30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4A203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£1,708.15</w:t>
            </w:r>
          </w:p>
        </w:tc>
      </w:tr>
      <w:tr w:rsidR="00842A95" w:rsidRPr="000547F9" w14:paraId="632E7F50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72565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1EB9A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B72865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978AF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7BB391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8AF26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4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81AC8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£10,218.85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C4E52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£7,039.15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98CE4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-£3,179.69</w:t>
            </w:r>
          </w:p>
        </w:tc>
      </w:tr>
      <w:tr w:rsidR="00842A95" w:rsidRPr="000547F9" w14:paraId="66F87EDB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9D7142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573C1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F6A21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B4AAB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05F30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649A84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C9062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£11,715.83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FEE58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£7,049.44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B77B0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-£4,666.39</w:t>
            </w:r>
          </w:p>
        </w:tc>
      </w:tr>
      <w:tr w:rsidR="00842A95" w:rsidRPr="000547F9" w14:paraId="65F16754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278F4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Laparoscopic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8D238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2578D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99791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C74EE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2AF52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0C592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£8,379.88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C3E6A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£6,844.68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75A96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-£1,535.20</w:t>
            </w:r>
          </w:p>
        </w:tc>
      </w:tr>
      <w:tr w:rsidR="00842A95" w:rsidRPr="000547F9" w14:paraId="5DB2CCBE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15EC3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0FF9D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F541E4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9197F7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3C395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B6FDC0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57C45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£4,163.37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B141D5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£6,842.63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B757D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£2,679.26</w:t>
            </w:r>
          </w:p>
        </w:tc>
      </w:tr>
      <w:tr w:rsidR="00842A95" w:rsidRPr="000547F9" w14:paraId="77DA83C8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6580D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773E9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1390E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AA961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4C64E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8C760A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D4FBF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£4,148.74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D2AC7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£6,828.13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2E14A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£2,679.39</w:t>
            </w:r>
          </w:p>
        </w:tc>
      </w:tr>
      <w:tr w:rsidR="00842A95" w:rsidRPr="000547F9" w14:paraId="126A10C2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4FE964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C7463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830ED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DC063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E694B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E30CB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46A9EB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£4,827.58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58458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£6,831.78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6F7F0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£2,004.20</w:t>
            </w:r>
          </w:p>
        </w:tc>
      </w:tr>
      <w:tr w:rsidR="00842A95" w:rsidRPr="000547F9" w14:paraId="2E474CD4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119FB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lastRenderedPageBreak/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8883B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B1610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E4005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9ECF4C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7819F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89DD9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£7,841.67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807E70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£8,595.26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36758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£753.60</w:t>
            </w:r>
          </w:p>
        </w:tc>
      </w:tr>
      <w:tr w:rsidR="00842A95" w:rsidRPr="000547F9" w14:paraId="57D32554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5B2ED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BF67D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98C5D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EB098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D91E8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756B3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9E5FE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£4,526.20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7D26C6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£6,849.31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9651F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£2,323.10</w:t>
            </w:r>
          </w:p>
        </w:tc>
      </w:tr>
      <w:tr w:rsidR="00842A95" w:rsidRPr="000547F9" w14:paraId="6DC965B7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4BF4F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3D2CF8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D9A29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3FB8B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9E75B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15AAA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4131C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£5,116.43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1F2FB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£6,839.08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75DDC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£1,722.64</w:t>
            </w:r>
          </w:p>
        </w:tc>
      </w:tr>
      <w:tr w:rsidR="00842A95" w:rsidRPr="000547F9" w14:paraId="6F06732F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250228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8BE53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F3E85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2685C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DE6706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7385E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6E497E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£4,392.95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A4607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£6,825.93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15B67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£2,432.99</w:t>
            </w:r>
          </w:p>
        </w:tc>
      </w:tr>
      <w:tr w:rsidR="00842A95" w:rsidRPr="000547F9" w14:paraId="4B8B2FAF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7DBE7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02835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C1FC53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DD12E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2A74B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4CD748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8FCB1F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£7,564.79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4436C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£8,598.57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0F67FA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£1,033.78</w:t>
            </w:r>
          </w:p>
        </w:tc>
      </w:tr>
      <w:tr w:rsidR="00842A95" w:rsidRPr="000547F9" w14:paraId="35F3EF71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B1318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22229A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66FF7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6302B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6C372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8D3CC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8622D9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£4,529.37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7C88C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£8,577.38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98CCC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£4,048.01</w:t>
            </w:r>
          </w:p>
        </w:tc>
      </w:tr>
      <w:tr w:rsidR="00842A95" w:rsidRPr="000547F9" w14:paraId="7ADA554D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35880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DF0615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B1989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37527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644E6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220290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6D284B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£4,787.50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3A9A3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£6,828.42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43B87E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£2,040.92</w:t>
            </w:r>
          </w:p>
        </w:tc>
      </w:tr>
      <w:tr w:rsidR="00842A95" w:rsidRPr="000547F9" w14:paraId="4A2AC918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0772B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401FF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31DF3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4E145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6ECD4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C70DA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6414E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£4,567.95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832CE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£6,826.58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5E4FD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£2,258.63</w:t>
            </w:r>
          </w:p>
        </w:tc>
      </w:tr>
      <w:tr w:rsidR="00842A95" w:rsidRPr="000547F9" w14:paraId="47F02318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7188A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A0B7A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DD2086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D9A1F9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BB474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A9B9E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4D56E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£3,752.54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0B345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£6,829.47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E4647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£3,076.93</w:t>
            </w:r>
          </w:p>
        </w:tc>
      </w:tr>
      <w:tr w:rsidR="00842A95" w:rsidRPr="000547F9" w14:paraId="72021576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27F2A1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13F4D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4DE884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1F719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55D7F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D4A1ED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F8D828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£3,831.74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2D57B3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£6,828.92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E5B94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£2,997.18</w:t>
            </w:r>
          </w:p>
        </w:tc>
      </w:tr>
      <w:tr w:rsidR="00842A95" w:rsidRPr="000547F9" w14:paraId="451DB475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FE37F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D2648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35E0B2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DF8BC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02F1C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01D22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E910B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£6,933.32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332CC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£8,589.52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4A72A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£1,656.20</w:t>
            </w:r>
          </w:p>
        </w:tc>
      </w:tr>
      <w:tr w:rsidR="00842A95" w:rsidRPr="000547F9" w14:paraId="38477600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A0B80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DE049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AEA895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2A3965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CA4E6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2DDED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CAC4C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£4,162.22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EB1A7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£6,834.04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D635F3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£2,671.81</w:t>
            </w:r>
          </w:p>
        </w:tc>
      </w:tr>
      <w:tr w:rsidR="00842A95" w:rsidRPr="000547F9" w14:paraId="08CB5FE6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86B55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DCD741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5FE72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33509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4A72B4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3564F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6F4DD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£3,737.69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092EF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£6,833.81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5B334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£3,096.11</w:t>
            </w:r>
          </w:p>
        </w:tc>
      </w:tr>
      <w:tr w:rsidR="00842A95" w:rsidRPr="000547F9" w14:paraId="12F4CBF6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2AAF0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73D44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3B206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56F6F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4D62F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DB1DB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0EAEF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£3,821.82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5C401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£6,829.56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1432F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£3,007.73</w:t>
            </w:r>
          </w:p>
        </w:tc>
      </w:tr>
      <w:tr w:rsidR="00842A95" w:rsidRPr="000547F9" w14:paraId="74306DF9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414AB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973D0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4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0C849D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EC5735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E7310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5040E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D64DF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£5,094.97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87995D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£5,290.64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75E07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£195.67</w:t>
            </w:r>
          </w:p>
        </w:tc>
      </w:tr>
      <w:tr w:rsidR="00842A95" w:rsidRPr="000547F9" w14:paraId="4225C580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F7CD5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73DC9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0DA14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F1A1F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DEA9B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2295F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E1256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£4,684.85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65275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£5,650.08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A38B5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£965.23</w:t>
            </w:r>
          </w:p>
        </w:tc>
      </w:tr>
      <w:tr w:rsidR="00842A95" w:rsidRPr="000547F9" w14:paraId="03250D82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16961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4DB99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A556B1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FA8ED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4702D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B4483B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7DD14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£5,749.31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BD1994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£5,279.72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2F243E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-£469.59</w:t>
            </w:r>
          </w:p>
        </w:tc>
      </w:tr>
      <w:tr w:rsidR="00842A95" w:rsidRPr="000547F9" w14:paraId="300D9B21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83D3F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2D751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0BC67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Indeterminate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CA50A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85B73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3a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D2A5E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3452F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£5,260.73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6057F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£5,278.53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1AED4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£17.80</w:t>
            </w:r>
          </w:p>
        </w:tc>
      </w:tr>
      <w:tr w:rsidR="00842A95" w:rsidRPr="000547F9" w14:paraId="3FB46197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050ED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46416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5971E7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77907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EE270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5B424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0A93B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£4,477.36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5D25A0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£5,298.62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D47C6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£821.27</w:t>
            </w:r>
          </w:p>
        </w:tc>
      </w:tr>
      <w:tr w:rsidR="00842A95" w:rsidRPr="000547F9" w14:paraId="0A447FBA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10BB3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BC9B9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8FEDFE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Cushings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DFEC6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7CABD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DA40E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F9F02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£4,868.24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7E23F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£5,286.72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637805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£418.48</w:t>
            </w:r>
          </w:p>
        </w:tc>
      </w:tr>
      <w:tr w:rsidR="00842A95" w:rsidRPr="000547F9" w14:paraId="68AB80B7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E4B36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533E34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14390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Paraganglioma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DCE39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614D39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806A56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04D7F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£5,115.99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DE976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£7,040.04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63B88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£1,924.06</w:t>
            </w:r>
          </w:p>
        </w:tc>
      </w:tr>
      <w:tr w:rsidR="00842A95" w:rsidRPr="000547F9" w14:paraId="395C279E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75CC9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0A7C3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DF133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F17DA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6F150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85F2B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BD8CD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£8,396.94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D18BB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£7,046.43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EADE3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-£1,350.51</w:t>
            </w:r>
          </w:p>
        </w:tc>
      </w:tr>
      <w:tr w:rsidR="00842A95" w:rsidRPr="000547F9" w14:paraId="1B13589E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68BC5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FDAA2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B80550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Pheo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4BDB88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A31BF9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9076E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2F1ED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£6,052.11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0BFEA0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£7,032.75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D824EB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£980.65</w:t>
            </w:r>
          </w:p>
        </w:tc>
      </w:tr>
      <w:tr w:rsidR="00842A95" w:rsidRPr="000547F9" w14:paraId="45E6B2C0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03B627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B8D11EE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94C9E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120DF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AD8F6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63F6E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03DF80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£4,551.15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A1F45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£5,277.81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42761F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£726.66</w:t>
            </w:r>
          </w:p>
        </w:tc>
      </w:tr>
      <w:tr w:rsidR="00842A95" w:rsidRPr="000547F9" w14:paraId="280A099A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643E0D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2D645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60503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Met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F1C9A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D1378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4BEA3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6443D3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£3,894.98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8AD05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£5,309.56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668505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£1,414.58</w:t>
            </w:r>
          </w:p>
        </w:tc>
      </w:tr>
      <w:tr w:rsidR="00842A95" w:rsidRPr="000547F9" w14:paraId="58FBCC9F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1F2B4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51ED3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743E6F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8BD2A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1D68E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4F032B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3975F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£3,886.63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B6E78EA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£5,281.83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21851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£1,395.20</w:t>
            </w:r>
          </w:p>
        </w:tc>
      </w:tr>
      <w:tr w:rsidR="00842A95" w:rsidRPr="000547F9" w14:paraId="2C16753F" w14:textId="77777777" w:rsidTr="00842A95">
        <w:trPr>
          <w:trHeight w:val="30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EE5E6F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Robotic</w:t>
            </w:r>
          </w:p>
        </w:tc>
        <w:tc>
          <w:tcPr>
            <w:tcW w:w="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F34B17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1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D914D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Conn's</w:t>
            </w:r>
          </w:p>
        </w:tc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0106E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725F06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B45ABC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909AF99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£3,616.43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A23721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£5,281.03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29CFD2" w14:textId="77777777" w:rsidR="00842A95" w:rsidRPr="000547F9" w:rsidRDefault="00842A95" w:rsidP="000547F9">
            <w:pPr>
              <w:rPr>
                <w:rFonts w:ascii="Arial" w:eastAsiaTheme="majorEastAsia" w:hAnsi="Arial" w:cs="Arial"/>
                <w:sz w:val="16"/>
                <w:szCs w:val="16"/>
              </w:rPr>
            </w:pPr>
            <w:r w:rsidRPr="000547F9">
              <w:rPr>
                <w:rFonts w:ascii="Arial" w:eastAsiaTheme="majorEastAsia" w:hAnsi="Arial" w:cs="Arial"/>
                <w:sz w:val="16"/>
                <w:szCs w:val="16"/>
              </w:rPr>
              <w:t>£1,664.61</w:t>
            </w:r>
          </w:p>
        </w:tc>
      </w:tr>
    </w:tbl>
    <w:p w14:paraId="749CB013" w14:textId="77777777" w:rsidR="000547F9" w:rsidRPr="00AF654D" w:rsidRDefault="000547F9" w:rsidP="000547F9">
      <w:pPr>
        <w:spacing w:afterLines="60" w:after="144"/>
        <w:rPr>
          <w:rFonts w:ascii="Arial" w:eastAsiaTheme="majorEastAsia" w:hAnsi="Arial" w:cs="Arial"/>
          <w:sz w:val="22"/>
          <w:szCs w:val="22"/>
        </w:rPr>
      </w:pPr>
    </w:p>
    <w:p w14:paraId="383D9EE9" w14:textId="77777777" w:rsidR="000547F9" w:rsidRDefault="000547F9"/>
    <w:sectPr w:rsidR="000547F9" w:rsidSect="002734A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00500000000000000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387937"/>
    <w:multiLevelType w:val="hybridMultilevel"/>
    <w:tmpl w:val="FFFFFFFF"/>
    <w:lvl w:ilvl="0" w:tplc="BADE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0E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EC0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BE6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E4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AA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580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E66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4C3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A4E7D"/>
    <w:multiLevelType w:val="hybridMultilevel"/>
    <w:tmpl w:val="FFFFFFFF"/>
    <w:lvl w:ilvl="0" w:tplc="58201D3E">
      <w:start w:val="7"/>
      <w:numFmt w:val="decimal"/>
      <w:lvlText w:val="%1."/>
      <w:lvlJc w:val="left"/>
      <w:pPr>
        <w:ind w:left="720" w:hanging="360"/>
      </w:pPr>
    </w:lvl>
    <w:lvl w:ilvl="1" w:tplc="1BD2B360">
      <w:start w:val="1"/>
      <w:numFmt w:val="lowerLetter"/>
      <w:lvlText w:val="%2."/>
      <w:lvlJc w:val="left"/>
      <w:pPr>
        <w:ind w:left="1440" w:hanging="360"/>
      </w:pPr>
    </w:lvl>
    <w:lvl w:ilvl="2" w:tplc="174AEF08">
      <w:start w:val="1"/>
      <w:numFmt w:val="lowerRoman"/>
      <w:lvlText w:val="%3."/>
      <w:lvlJc w:val="right"/>
      <w:pPr>
        <w:ind w:left="2160" w:hanging="180"/>
      </w:pPr>
    </w:lvl>
    <w:lvl w:ilvl="3" w:tplc="A4A6184C">
      <w:start w:val="1"/>
      <w:numFmt w:val="decimal"/>
      <w:lvlText w:val="%4."/>
      <w:lvlJc w:val="left"/>
      <w:pPr>
        <w:ind w:left="2880" w:hanging="360"/>
      </w:pPr>
    </w:lvl>
    <w:lvl w:ilvl="4" w:tplc="8454F07C">
      <w:start w:val="1"/>
      <w:numFmt w:val="lowerLetter"/>
      <w:lvlText w:val="%5."/>
      <w:lvlJc w:val="left"/>
      <w:pPr>
        <w:ind w:left="3600" w:hanging="360"/>
      </w:pPr>
    </w:lvl>
    <w:lvl w:ilvl="5" w:tplc="696A7400">
      <w:start w:val="1"/>
      <w:numFmt w:val="lowerRoman"/>
      <w:lvlText w:val="%6."/>
      <w:lvlJc w:val="right"/>
      <w:pPr>
        <w:ind w:left="4320" w:hanging="180"/>
      </w:pPr>
    </w:lvl>
    <w:lvl w:ilvl="6" w:tplc="ABE85DE6">
      <w:start w:val="1"/>
      <w:numFmt w:val="decimal"/>
      <w:lvlText w:val="%7."/>
      <w:lvlJc w:val="left"/>
      <w:pPr>
        <w:ind w:left="5040" w:hanging="360"/>
      </w:pPr>
    </w:lvl>
    <w:lvl w:ilvl="7" w:tplc="DA5815FC">
      <w:start w:val="1"/>
      <w:numFmt w:val="lowerLetter"/>
      <w:lvlText w:val="%8."/>
      <w:lvlJc w:val="left"/>
      <w:pPr>
        <w:ind w:left="5760" w:hanging="360"/>
      </w:pPr>
    </w:lvl>
    <w:lvl w:ilvl="8" w:tplc="E3EA12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247D9"/>
    <w:multiLevelType w:val="hybridMultilevel"/>
    <w:tmpl w:val="FFFFFFFF"/>
    <w:lvl w:ilvl="0" w:tplc="324E4C16">
      <w:start w:val="8"/>
      <w:numFmt w:val="decimal"/>
      <w:lvlText w:val="%1."/>
      <w:lvlJc w:val="left"/>
      <w:pPr>
        <w:ind w:left="720" w:hanging="360"/>
      </w:pPr>
    </w:lvl>
    <w:lvl w:ilvl="1" w:tplc="57887D08">
      <w:start w:val="1"/>
      <w:numFmt w:val="lowerLetter"/>
      <w:lvlText w:val="%2."/>
      <w:lvlJc w:val="left"/>
      <w:pPr>
        <w:ind w:left="1440" w:hanging="360"/>
      </w:pPr>
    </w:lvl>
    <w:lvl w:ilvl="2" w:tplc="2BACD164">
      <w:start w:val="1"/>
      <w:numFmt w:val="lowerRoman"/>
      <w:lvlText w:val="%3."/>
      <w:lvlJc w:val="right"/>
      <w:pPr>
        <w:ind w:left="2160" w:hanging="180"/>
      </w:pPr>
    </w:lvl>
    <w:lvl w:ilvl="3" w:tplc="9E547BC2">
      <w:start w:val="1"/>
      <w:numFmt w:val="decimal"/>
      <w:lvlText w:val="%4."/>
      <w:lvlJc w:val="left"/>
      <w:pPr>
        <w:ind w:left="2880" w:hanging="360"/>
      </w:pPr>
    </w:lvl>
    <w:lvl w:ilvl="4" w:tplc="3ABE1DDC">
      <w:start w:val="1"/>
      <w:numFmt w:val="lowerLetter"/>
      <w:lvlText w:val="%5."/>
      <w:lvlJc w:val="left"/>
      <w:pPr>
        <w:ind w:left="3600" w:hanging="360"/>
      </w:pPr>
    </w:lvl>
    <w:lvl w:ilvl="5" w:tplc="C224825E">
      <w:start w:val="1"/>
      <w:numFmt w:val="lowerRoman"/>
      <w:lvlText w:val="%6."/>
      <w:lvlJc w:val="right"/>
      <w:pPr>
        <w:ind w:left="4320" w:hanging="180"/>
      </w:pPr>
    </w:lvl>
    <w:lvl w:ilvl="6" w:tplc="C4CA019A">
      <w:start w:val="1"/>
      <w:numFmt w:val="decimal"/>
      <w:lvlText w:val="%7."/>
      <w:lvlJc w:val="left"/>
      <w:pPr>
        <w:ind w:left="5040" w:hanging="360"/>
      </w:pPr>
    </w:lvl>
    <w:lvl w:ilvl="7" w:tplc="DAACAC5E">
      <w:start w:val="1"/>
      <w:numFmt w:val="lowerLetter"/>
      <w:lvlText w:val="%8."/>
      <w:lvlJc w:val="left"/>
      <w:pPr>
        <w:ind w:left="5760" w:hanging="360"/>
      </w:pPr>
    </w:lvl>
    <w:lvl w:ilvl="8" w:tplc="474E09A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8B09E"/>
    <w:multiLevelType w:val="hybridMultilevel"/>
    <w:tmpl w:val="FFFFFFFF"/>
    <w:lvl w:ilvl="0" w:tplc="DCF09DC2">
      <w:start w:val="1"/>
      <w:numFmt w:val="decimal"/>
      <w:lvlText w:val="%1."/>
      <w:lvlJc w:val="left"/>
      <w:pPr>
        <w:ind w:left="720" w:hanging="360"/>
      </w:pPr>
    </w:lvl>
    <w:lvl w:ilvl="1" w:tplc="A5E02130">
      <w:start w:val="1"/>
      <w:numFmt w:val="lowerLetter"/>
      <w:lvlText w:val="%2."/>
      <w:lvlJc w:val="left"/>
      <w:pPr>
        <w:ind w:left="1440" w:hanging="360"/>
      </w:pPr>
    </w:lvl>
    <w:lvl w:ilvl="2" w:tplc="8C446F36">
      <w:start w:val="1"/>
      <w:numFmt w:val="lowerRoman"/>
      <w:lvlText w:val="%3."/>
      <w:lvlJc w:val="right"/>
      <w:pPr>
        <w:ind w:left="2160" w:hanging="180"/>
      </w:pPr>
    </w:lvl>
    <w:lvl w:ilvl="3" w:tplc="0E3ECD9A">
      <w:start w:val="1"/>
      <w:numFmt w:val="decimal"/>
      <w:lvlText w:val="%4."/>
      <w:lvlJc w:val="left"/>
      <w:pPr>
        <w:ind w:left="2880" w:hanging="360"/>
      </w:pPr>
    </w:lvl>
    <w:lvl w:ilvl="4" w:tplc="07EC273A">
      <w:start w:val="1"/>
      <w:numFmt w:val="lowerLetter"/>
      <w:lvlText w:val="%5."/>
      <w:lvlJc w:val="left"/>
      <w:pPr>
        <w:ind w:left="3600" w:hanging="360"/>
      </w:pPr>
    </w:lvl>
    <w:lvl w:ilvl="5" w:tplc="62ACCCE4">
      <w:start w:val="1"/>
      <w:numFmt w:val="lowerRoman"/>
      <w:lvlText w:val="%6."/>
      <w:lvlJc w:val="right"/>
      <w:pPr>
        <w:ind w:left="4320" w:hanging="180"/>
      </w:pPr>
    </w:lvl>
    <w:lvl w:ilvl="6" w:tplc="EEE2D94A">
      <w:start w:val="1"/>
      <w:numFmt w:val="decimal"/>
      <w:lvlText w:val="%7."/>
      <w:lvlJc w:val="left"/>
      <w:pPr>
        <w:ind w:left="5040" w:hanging="360"/>
      </w:pPr>
    </w:lvl>
    <w:lvl w:ilvl="7" w:tplc="6C1849BC">
      <w:start w:val="1"/>
      <w:numFmt w:val="lowerLetter"/>
      <w:lvlText w:val="%8."/>
      <w:lvlJc w:val="left"/>
      <w:pPr>
        <w:ind w:left="5760" w:hanging="360"/>
      </w:pPr>
    </w:lvl>
    <w:lvl w:ilvl="8" w:tplc="19BE00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A5B02"/>
    <w:multiLevelType w:val="hybridMultilevel"/>
    <w:tmpl w:val="90EAFBEC"/>
    <w:lvl w:ilvl="0" w:tplc="4810FD3C">
      <w:start w:val="8"/>
      <w:numFmt w:val="decimal"/>
      <w:lvlText w:val="%1."/>
      <w:lvlJc w:val="left"/>
      <w:pPr>
        <w:ind w:left="720" w:hanging="360"/>
      </w:pPr>
    </w:lvl>
    <w:lvl w:ilvl="1" w:tplc="8A40645C">
      <w:start w:val="1"/>
      <w:numFmt w:val="lowerLetter"/>
      <w:lvlText w:val="%2."/>
      <w:lvlJc w:val="left"/>
      <w:pPr>
        <w:ind w:left="1440" w:hanging="360"/>
      </w:pPr>
    </w:lvl>
    <w:lvl w:ilvl="2" w:tplc="94ACF3A0">
      <w:start w:val="1"/>
      <w:numFmt w:val="lowerRoman"/>
      <w:lvlText w:val="%3."/>
      <w:lvlJc w:val="right"/>
      <w:pPr>
        <w:ind w:left="2160" w:hanging="180"/>
      </w:pPr>
    </w:lvl>
    <w:lvl w:ilvl="3" w:tplc="FE9AE780">
      <w:start w:val="1"/>
      <w:numFmt w:val="decimal"/>
      <w:lvlText w:val="%4."/>
      <w:lvlJc w:val="left"/>
      <w:pPr>
        <w:ind w:left="2880" w:hanging="360"/>
      </w:pPr>
    </w:lvl>
    <w:lvl w:ilvl="4" w:tplc="D3D4F646">
      <w:start w:val="1"/>
      <w:numFmt w:val="lowerLetter"/>
      <w:lvlText w:val="%5."/>
      <w:lvlJc w:val="left"/>
      <w:pPr>
        <w:ind w:left="3600" w:hanging="360"/>
      </w:pPr>
    </w:lvl>
    <w:lvl w:ilvl="5" w:tplc="5E30C488">
      <w:start w:val="1"/>
      <w:numFmt w:val="lowerRoman"/>
      <w:lvlText w:val="%6."/>
      <w:lvlJc w:val="right"/>
      <w:pPr>
        <w:ind w:left="4320" w:hanging="180"/>
      </w:pPr>
    </w:lvl>
    <w:lvl w:ilvl="6" w:tplc="07B4057E">
      <w:start w:val="1"/>
      <w:numFmt w:val="decimal"/>
      <w:lvlText w:val="%7."/>
      <w:lvlJc w:val="left"/>
      <w:pPr>
        <w:ind w:left="5040" w:hanging="360"/>
      </w:pPr>
    </w:lvl>
    <w:lvl w:ilvl="7" w:tplc="22EE610E">
      <w:start w:val="1"/>
      <w:numFmt w:val="lowerLetter"/>
      <w:lvlText w:val="%8."/>
      <w:lvlJc w:val="left"/>
      <w:pPr>
        <w:ind w:left="5760" w:hanging="360"/>
      </w:pPr>
    </w:lvl>
    <w:lvl w:ilvl="8" w:tplc="EC225C30">
      <w:start w:val="1"/>
      <w:numFmt w:val="lowerRoman"/>
      <w:lvlText w:val="%9."/>
      <w:lvlJc w:val="right"/>
      <w:pPr>
        <w:ind w:left="6480" w:hanging="180"/>
      </w:pPr>
    </w:lvl>
  </w:abstractNum>
  <w:num w:numId="1" w16cid:durableId="61758883">
    <w:abstractNumId w:val="13"/>
  </w:num>
  <w:num w:numId="2" w16cid:durableId="1957521067">
    <w:abstractNumId w:val="11"/>
  </w:num>
  <w:num w:numId="3" w16cid:durableId="533349088">
    <w:abstractNumId w:val="10"/>
  </w:num>
  <w:num w:numId="4" w16cid:durableId="337343240">
    <w:abstractNumId w:val="12"/>
  </w:num>
  <w:num w:numId="5" w16cid:durableId="478420683">
    <w:abstractNumId w:val="9"/>
  </w:num>
  <w:num w:numId="6" w16cid:durableId="594827574">
    <w:abstractNumId w:val="8"/>
  </w:num>
  <w:num w:numId="7" w16cid:durableId="695354935">
    <w:abstractNumId w:val="6"/>
  </w:num>
  <w:num w:numId="8" w16cid:durableId="300423507">
    <w:abstractNumId w:val="5"/>
  </w:num>
  <w:num w:numId="9" w16cid:durableId="256140413">
    <w:abstractNumId w:val="4"/>
  </w:num>
  <w:num w:numId="10" w16cid:durableId="232206577">
    <w:abstractNumId w:val="7"/>
  </w:num>
  <w:num w:numId="11" w16cid:durableId="398290039">
    <w:abstractNumId w:val="3"/>
  </w:num>
  <w:num w:numId="12" w16cid:durableId="962921585">
    <w:abstractNumId w:val="2"/>
  </w:num>
  <w:num w:numId="13" w16cid:durableId="147013670">
    <w:abstractNumId w:val="1"/>
  </w:num>
  <w:num w:numId="14" w16cid:durableId="102459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7F9"/>
    <w:rsid w:val="000027BB"/>
    <w:rsid w:val="000049F3"/>
    <w:rsid w:val="00023454"/>
    <w:rsid w:val="000330DE"/>
    <w:rsid w:val="000441A8"/>
    <w:rsid w:val="000547F9"/>
    <w:rsid w:val="0009463D"/>
    <w:rsid w:val="000A1DE1"/>
    <w:rsid w:val="000B6BA1"/>
    <w:rsid w:val="000C0B05"/>
    <w:rsid w:val="000D4E8F"/>
    <w:rsid w:val="001540DC"/>
    <w:rsid w:val="0016254E"/>
    <w:rsid w:val="001702DE"/>
    <w:rsid w:val="001A22A1"/>
    <w:rsid w:val="001C2678"/>
    <w:rsid w:val="00250CAC"/>
    <w:rsid w:val="002734AD"/>
    <w:rsid w:val="00275CFC"/>
    <w:rsid w:val="002779AB"/>
    <w:rsid w:val="00290320"/>
    <w:rsid w:val="002A6CB3"/>
    <w:rsid w:val="002B3811"/>
    <w:rsid w:val="002D1A77"/>
    <w:rsid w:val="002D24E0"/>
    <w:rsid w:val="002F5CC5"/>
    <w:rsid w:val="00332DE8"/>
    <w:rsid w:val="00354646"/>
    <w:rsid w:val="003C5638"/>
    <w:rsid w:val="003D40BA"/>
    <w:rsid w:val="004146DE"/>
    <w:rsid w:val="0043096D"/>
    <w:rsid w:val="0043550C"/>
    <w:rsid w:val="00455F8F"/>
    <w:rsid w:val="004625C1"/>
    <w:rsid w:val="00465134"/>
    <w:rsid w:val="004879BB"/>
    <w:rsid w:val="004B3FEC"/>
    <w:rsid w:val="004B5E57"/>
    <w:rsid w:val="004C237E"/>
    <w:rsid w:val="004C25D7"/>
    <w:rsid w:val="004D1C5B"/>
    <w:rsid w:val="005012C2"/>
    <w:rsid w:val="0051575B"/>
    <w:rsid w:val="00522C11"/>
    <w:rsid w:val="005C5585"/>
    <w:rsid w:val="005D49DE"/>
    <w:rsid w:val="005E7806"/>
    <w:rsid w:val="006173BA"/>
    <w:rsid w:val="00634B78"/>
    <w:rsid w:val="006363E5"/>
    <w:rsid w:val="006409F3"/>
    <w:rsid w:val="006621AE"/>
    <w:rsid w:val="006647E7"/>
    <w:rsid w:val="00675084"/>
    <w:rsid w:val="00692641"/>
    <w:rsid w:val="00697CE1"/>
    <w:rsid w:val="006C1422"/>
    <w:rsid w:val="006C54CB"/>
    <w:rsid w:val="00740FEC"/>
    <w:rsid w:val="00791E63"/>
    <w:rsid w:val="00792F79"/>
    <w:rsid w:val="007C2EE1"/>
    <w:rsid w:val="007C3256"/>
    <w:rsid w:val="007E3620"/>
    <w:rsid w:val="007E6A76"/>
    <w:rsid w:val="00806DDC"/>
    <w:rsid w:val="00822A59"/>
    <w:rsid w:val="00842A95"/>
    <w:rsid w:val="00857D78"/>
    <w:rsid w:val="00870482"/>
    <w:rsid w:val="0087482B"/>
    <w:rsid w:val="00886F9B"/>
    <w:rsid w:val="008943BC"/>
    <w:rsid w:val="00895DC0"/>
    <w:rsid w:val="008A2236"/>
    <w:rsid w:val="008A41B1"/>
    <w:rsid w:val="008B4E0E"/>
    <w:rsid w:val="008D486D"/>
    <w:rsid w:val="008F53BE"/>
    <w:rsid w:val="00914810"/>
    <w:rsid w:val="00944B18"/>
    <w:rsid w:val="009A2F17"/>
    <w:rsid w:val="009A6F67"/>
    <w:rsid w:val="00A017DF"/>
    <w:rsid w:val="00A218DC"/>
    <w:rsid w:val="00A24144"/>
    <w:rsid w:val="00A24444"/>
    <w:rsid w:val="00A370A3"/>
    <w:rsid w:val="00A671C6"/>
    <w:rsid w:val="00A8313A"/>
    <w:rsid w:val="00AD4450"/>
    <w:rsid w:val="00B04C1E"/>
    <w:rsid w:val="00B22759"/>
    <w:rsid w:val="00B27C9F"/>
    <w:rsid w:val="00B44C5C"/>
    <w:rsid w:val="00B91988"/>
    <w:rsid w:val="00BD689E"/>
    <w:rsid w:val="00BD7702"/>
    <w:rsid w:val="00BF67A9"/>
    <w:rsid w:val="00C03FEC"/>
    <w:rsid w:val="00C13AE1"/>
    <w:rsid w:val="00C1447F"/>
    <w:rsid w:val="00C15F03"/>
    <w:rsid w:val="00C37BAF"/>
    <w:rsid w:val="00C45310"/>
    <w:rsid w:val="00C51E84"/>
    <w:rsid w:val="00C5657D"/>
    <w:rsid w:val="00C80245"/>
    <w:rsid w:val="00C83CB4"/>
    <w:rsid w:val="00CB4125"/>
    <w:rsid w:val="00CB4A22"/>
    <w:rsid w:val="00D1577E"/>
    <w:rsid w:val="00D312F6"/>
    <w:rsid w:val="00D36744"/>
    <w:rsid w:val="00D40749"/>
    <w:rsid w:val="00D4783C"/>
    <w:rsid w:val="00D56DBF"/>
    <w:rsid w:val="00D57198"/>
    <w:rsid w:val="00D64B2C"/>
    <w:rsid w:val="00D71D72"/>
    <w:rsid w:val="00DA7F39"/>
    <w:rsid w:val="00DB49FC"/>
    <w:rsid w:val="00DC59E5"/>
    <w:rsid w:val="00DF55A9"/>
    <w:rsid w:val="00E03B19"/>
    <w:rsid w:val="00E14207"/>
    <w:rsid w:val="00E30209"/>
    <w:rsid w:val="00E31228"/>
    <w:rsid w:val="00E61D74"/>
    <w:rsid w:val="00E9389D"/>
    <w:rsid w:val="00EA4FF2"/>
    <w:rsid w:val="00EC333A"/>
    <w:rsid w:val="00ED4EBC"/>
    <w:rsid w:val="00EE3747"/>
    <w:rsid w:val="00EE6AA1"/>
    <w:rsid w:val="00F85AEF"/>
    <w:rsid w:val="00F932AC"/>
    <w:rsid w:val="00F96B97"/>
    <w:rsid w:val="00F96E12"/>
    <w:rsid w:val="00FC7A4D"/>
    <w:rsid w:val="00FE475C"/>
    <w:rsid w:val="00F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C70CC"/>
  <w14:defaultImageDpi w14:val="32767"/>
  <w15:chartTrackingRefBased/>
  <w15:docId w15:val="{0B3177DB-9B23-1849-8988-29C9DD57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47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7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7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7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7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7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7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47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47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7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7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7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7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7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7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7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7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7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7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7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7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7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7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7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47F9"/>
    <w:pPr>
      <w:tabs>
        <w:tab w:val="center" w:pos="4680"/>
        <w:tab w:val="right" w:pos="9360"/>
      </w:tabs>
    </w:pPr>
    <w:rPr>
      <w:rFonts w:eastAsiaTheme="minorEastAsia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547F9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47F9"/>
    <w:pPr>
      <w:tabs>
        <w:tab w:val="center" w:pos="4680"/>
        <w:tab w:val="right" w:pos="9360"/>
      </w:tabs>
    </w:pPr>
    <w:rPr>
      <w:rFonts w:eastAsiaTheme="minorEastAsia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547F9"/>
    <w:rPr>
      <w:rFonts w:eastAsiaTheme="minorEastAsia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0547F9"/>
    <w:rPr>
      <w:rFonts w:eastAsiaTheme="minorEastAsia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0547F9"/>
    <w:pPr>
      <w:spacing w:after="120" w:line="276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0547F9"/>
    <w:rPr>
      <w:rFonts w:eastAsiaTheme="minorEastAsia"/>
      <w:kern w:val="0"/>
      <w:sz w:val="22"/>
      <w:szCs w:val="22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0547F9"/>
    <w:pPr>
      <w:spacing w:after="120" w:line="48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0547F9"/>
    <w:rPr>
      <w:rFonts w:eastAsiaTheme="minorEastAsia"/>
      <w:kern w:val="0"/>
      <w:sz w:val="22"/>
      <w:szCs w:val="22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0547F9"/>
    <w:pPr>
      <w:spacing w:after="120" w:line="276" w:lineRule="auto"/>
    </w:pPr>
    <w:rPr>
      <w:rFonts w:eastAsiaTheme="minorEastAsia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rsid w:val="000547F9"/>
    <w:rPr>
      <w:rFonts w:eastAsiaTheme="minorEastAsia"/>
      <w:kern w:val="0"/>
      <w:sz w:val="16"/>
      <w:szCs w:val="16"/>
      <w14:ligatures w14:val="none"/>
    </w:rPr>
  </w:style>
  <w:style w:type="paragraph" w:styleId="List">
    <w:name w:val="List"/>
    <w:basedOn w:val="Normal"/>
    <w:uiPriority w:val="99"/>
    <w:unhideWhenUsed/>
    <w:rsid w:val="000547F9"/>
    <w:pPr>
      <w:spacing w:after="200" w:line="276" w:lineRule="auto"/>
      <w:ind w:left="360" w:hanging="360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2">
    <w:name w:val="List 2"/>
    <w:basedOn w:val="Normal"/>
    <w:uiPriority w:val="99"/>
    <w:unhideWhenUsed/>
    <w:rsid w:val="000547F9"/>
    <w:pPr>
      <w:spacing w:after="200" w:line="276" w:lineRule="auto"/>
      <w:ind w:left="720" w:hanging="360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3">
    <w:name w:val="List 3"/>
    <w:basedOn w:val="Normal"/>
    <w:uiPriority w:val="99"/>
    <w:unhideWhenUsed/>
    <w:rsid w:val="000547F9"/>
    <w:pPr>
      <w:spacing w:after="200" w:line="276" w:lineRule="auto"/>
      <w:ind w:left="1080" w:hanging="360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Bullet">
    <w:name w:val="List Bullet"/>
    <w:basedOn w:val="Normal"/>
    <w:uiPriority w:val="99"/>
    <w:unhideWhenUsed/>
    <w:rsid w:val="000547F9"/>
    <w:pPr>
      <w:numPr>
        <w:numId w:val="6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Bullet2">
    <w:name w:val="List Bullet 2"/>
    <w:basedOn w:val="Normal"/>
    <w:uiPriority w:val="99"/>
    <w:unhideWhenUsed/>
    <w:rsid w:val="000547F9"/>
    <w:pPr>
      <w:numPr>
        <w:numId w:val="7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Bullet3">
    <w:name w:val="List Bullet 3"/>
    <w:basedOn w:val="Normal"/>
    <w:uiPriority w:val="99"/>
    <w:unhideWhenUsed/>
    <w:rsid w:val="000547F9"/>
    <w:pPr>
      <w:numPr>
        <w:numId w:val="8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Number">
    <w:name w:val="List Number"/>
    <w:basedOn w:val="Normal"/>
    <w:uiPriority w:val="99"/>
    <w:unhideWhenUsed/>
    <w:rsid w:val="000547F9"/>
    <w:pPr>
      <w:numPr>
        <w:numId w:val="10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Number2">
    <w:name w:val="List Number 2"/>
    <w:basedOn w:val="Normal"/>
    <w:uiPriority w:val="99"/>
    <w:unhideWhenUsed/>
    <w:rsid w:val="000547F9"/>
    <w:pPr>
      <w:numPr>
        <w:numId w:val="11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Number3">
    <w:name w:val="List Number 3"/>
    <w:basedOn w:val="Normal"/>
    <w:uiPriority w:val="99"/>
    <w:unhideWhenUsed/>
    <w:rsid w:val="000547F9"/>
    <w:pPr>
      <w:numPr>
        <w:numId w:val="12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Continue">
    <w:name w:val="List Continue"/>
    <w:basedOn w:val="Normal"/>
    <w:uiPriority w:val="99"/>
    <w:unhideWhenUsed/>
    <w:rsid w:val="000547F9"/>
    <w:pPr>
      <w:spacing w:after="120" w:line="276" w:lineRule="auto"/>
      <w:ind w:left="360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Continue2">
    <w:name w:val="List Continue 2"/>
    <w:basedOn w:val="Normal"/>
    <w:uiPriority w:val="99"/>
    <w:unhideWhenUsed/>
    <w:rsid w:val="000547F9"/>
    <w:pPr>
      <w:spacing w:after="120" w:line="276" w:lineRule="auto"/>
      <w:ind w:left="720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ListContinue3">
    <w:name w:val="List Continue 3"/>
    <w:basedOn w:val="Normal"/>
    <w:uiPriority w:val="99"/>
    <w:unhideWhenUsed/>
    <w:rsid w:val="000547F9"/>
    <w:pPr>
      <w:spacing w:after="120" w:line="276" w:lineRule="auto"/>
      <w:ind w:left="1080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MacroText">
    <w:name w:val="macro"/>
    <w:link w:val="MacroTextChar"/>
    <w:uiPriority w:val="99"/>
    <w:unhideWhenUsed/>
    <w:rsid w:val="000547F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0547F9"/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47F9"/>
    <w:pPr>
      <w:spacing w:after="200"/>
    </w:pPr>
    <w:rPr>
      <w:rFonts w:eastAsiaTheme="minorEastAsia"/>
      <w:b/>
      <w:bCs/>
      <w:color w:val="4472C4" w:themeColor="accent1"/>
      <w:kern w:val="0"/>
      <w:sz w:val="18"/>
      <w:szCs w:val="18"/>
      <w14:ligatures w14:val="none"/>
    </w:rPr>
  </w:style>
  <w:style w:type="character" w:styleId="Strong">
    <w:name w:val="Strong"/>
    <w:basedOn w:val="DefaultParagraphFont"/>
    <w:uiPriority w:val="22"/>
    <w:qFormat/>
    <w:rsid w:val="000547F9"/>
    <w:rPr>
      <w:b/>
      <w:bCs/>
    </w:rPr>
  </w:style>
  <w:style w:type="character" w:styleId="Emphasis">
    <w:name w:val="Emphasis"/>
    <w:basedOn w:val="DefaultParagraphFont"/>
    <w:uiPriority w:val="20"/>
    <w:qFormat/>
    <w:rsid w:val="000547F9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547F9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0547F9"/>
    <w:rPr>
      <w:smallCaps/>
      <w:color w:val="ED7D31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0547F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47F9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table" w:styleId="TableGrid">
    <w:name w:val="Table Grid"/>
    <w:basedOn w:val="TableNormal"/>
    <w:uiPriority w:val="59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0547F9"/>
    <w:rPr>
      <w:rFonts w:eastAsiaTheme="minorEastAsia"/>
      <w:color w:val="000000" w:themeColor="tex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547F9"/>
    <w:rPr>
      <w:rFonts w:eastAsiaTheme="minorEastAsia"/>
      <w:color w:val="2F5496" w:themeColor="accen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547F9"/>
    <w:rPr>
      <w:rFonts w:eastAsiaTheme="minorEastAsia"/>
      <w:color w:val="C45911" w:themeColor="accent2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547F9"/>
    <w:rPr>
      <w:rFonts w:eastAsiaTheme="minorEastAsia"/>
      <w:color w:val="7B7B7B" w:themeColor="accent3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547F9"/>
    <w:rPr>
      <w:rFonts w:eastAsiaTheme="minorEastAsia"/>
      <w:color w:val="BF8F00" w:themeColor="accent4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547F9"/>
    <w:rPr>
      <w:rFonts w:eastAsiaTheme="minorEastAsia"/>
      <w:color w:val="2E74B5" w:themeColor="accent5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547F9"/>
    <w:rPr>
      <w:rFonts w:eastAsiaTheme="minorEastAsia"/>
      <w:color w:val="538135" w:themeColor="accent6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547F9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547F9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0547F9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547F9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547F9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547F9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547F9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547F9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547F9"/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urfulGrid">
    <w:name w:val="Colorful Grid"/>
    <w:basedOn w:val="TableNormal"/>
    <w:uiPriority w:val="73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0547F9"/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547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547F9"/>
    <w:rPr>
      <w:color w:val="808080" w:themeColor="background1" w:themeShade="80"/>
    </w:rPr>
  </w:style>
  <w:style w:type="character" w:styleId="UnresolvedMention">
    <w:name w:val="Unresolved Mention"/>
    <w:basedOn w:val="DefaultParagraphFont"/>
    <w:uiPriority w:val="99"/>
    <w:unhideWhenUsed/>
    <w:rsid w:val="00054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3197</Characters>
  <Application>Microsoft Office Word</Application>
  <DocSecurity>0</DocSecurity>
  <Lines>49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Aneel Bhangu (Applied Health Sciences)</dc:creator>
  <cp:keywords/>
  <dc:description/>
  <cp:lastModifiedBy>Aneel Bhangu (Applied Health Sciences)</cp:lastModifiedBy>
  <cp:revision>2</cp:revision>
  <dcterms:created xsi:type="dcterms:W3CDTF">2025-11-02T10:52:00Z</dcterms:created>
  <dcterms:modified xsi:type="dcterms:W3CDTF">2025-11-04T15:46:00Z</dcterms:modified>
</cp:coreProperties>
</file>